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475C8" w14:textId="77777777" w:rsidR="000632F9" w:rsidRDefault="00000000">
      <w:pPr>
        <w:jc w:val="center"/>
      </w:pPr>
      <w:r>
        <w:rPr>
          <w:noProof/>
        </w:rPr>
        <w:drawing>
          <wp:inline distT="0" distB="0" distL="0" distR="0" wp14:anchorId="0C143837" wp14:editId="7EBD52AB">
            <wp:extent cx="4114800" cy="593040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IS Mascot PNG(1)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5930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F24C65" w14:textId="364E132C" w:rsidR="000632F9" w:rsidRDefault="00000000" w:rsidP="00B8079B">
      <w:pPr>
        <w:jc w:val="center"/>
        <w:sectPr w:rsidR="000632F9">
          <w:headerReference w:type="default" r:id="rId9"/>
          <w:footerReference w:type="default" r:id="rId10"/>
          <w:pgSz w:w="12240" w:h="15840"/>
          <w:pgMar w:top="850" w:right="850" w:bottom="850" w:left="850" w:header="720" w:footer="720" w:gutter="0"/>
          <w:cols w:space="720"/>
          <w:docGrid w:linePitch="360"/>
        </w:sectPr>
      </w:pPr>
      <w:r>
        <w:rPr>
          <w:b/>
          <w:color w:val="004990"/>
          <w:sz w:val="56"/>
        </w:rPr>
        <w:t>AIS ATHLETICS</w:t>
      </w:r>
      <w:r>
        <w:rPr>
          <w:b/>
          <w:color w:val="004990"/>
          <w:sz w:val="56"/>
        </w:rPr>
        <w:br/>
      </w:r>
      <w:r>
        <w:rPr>
          <w:b/>
          <w:color w:val="DC1E35"/>
          <w:sz w:val="72"/>
        </w:rPr>
        <w:t>SCHEDULE</w:t>
      </w:r>
      <w:r>
        <w:rPr>
          <w:b/>
          <w:color w:val="DC1E35"/>
          <w:sz w:val="72"/>
        </w:rPr>
        <w:br/>
        <w:t>2026/202</w:t>
      </w:r>
      <w:r w:rsidR="00B8079B">
        <w:rPr>
          <w:b/>
          <w:color w:val="DC1E35"/>
          <w:sz w:val="72"/>
        </w:rPr>
        <w:t>7</w:t>
      </w:r>
    </w:p>
    <w:p w14:paraId="2897A52B" w14:textId="47C8FF18" w:rsidR="00801E2E" w:rsidRDefault="00801E2E" w:rsidP="00B8079B">
      <w:pPr>
        <w:jc w:val="center"/>
      </w:pPr>
      <w:r>
        <w:rPr>
          <w:noProof/>
        </w:rPr>
        <w:lastRenderedPageBreak/>
        <w:drawing>
          <wp:inline distT="0" distB="0" distL="0" distR="0" wp14:anchorId="58E03FF6" wp14:editId="438AF3D7">
            <wp:extent cx="6421506" cy="2100634"/>
            <wp:effectExtent l="19050" t="19050" r="17780" b="13970"/>
            <wp:docPr id="155683713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134" cy="2121775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6C7BE4" w14:textId="04EF1A35" w:rsidR="00A6261B" w:rsidRDefault="00801E2E" w:rsidP="00B8079B">
      <w:pPr>
        <w:jc w:val="center"/>
      </w:pPr>
      <w:r>
        <w:rPr>
          <w:noProof/>
        </w:rPr>
        <w:drawing>
          <wp:inline distT="0" distB="0" distL="0" distR="0" wp14:anchorId="0BA7755E" wp14:editId="360B33F7">
            <wp:extent cx="6405604" cy="2810888"/>
            <wp:effectExtent l="19050" t="19050" r="14605" b="27940"/>
            <wp:docPr id="185305402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5" r="511" b="9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3309" cy="2818657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CC51A2" w14:textId="77777777" w:rsidR="00B8079B" w:rsidRDefault="00A6261B" w:rsidP="00B8079B">
      <w:pPr>
        <w:jc w:val="center"/>
      </w:pPr>
      <w:r>
        <w:rPr>
          <w:noProof/>
        </w:rPr>
        <w:drawing>
          <wp:inline distT="0" distB="0" distL="0" distR="0" wp14:anchorId="3889D906" wp14:editId="50833FCB">
            <wp:extent cx="6365848" cy="2061210"/>
            <wp:effectExtent l="19050" t="19050" r="16510" b="15240"/>
            <wp:docPr id="21927715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75" r="7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5934" cy="2090379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5C6E97" w14:textId="47B84F70" w:rsidR="00A6261B" w:rsidRDefault="00A6261B" w:rsidP="00B8079B">
      <w:pPr>
        <w:jc w:val="center"/>
      </w:pPr>
      <w:r>
        <w:rPr>
          <w:noProof/>
        </w:rPr>
        <w:lastRenderedPageBreak/>
        <w:drawing>
          <wp:inline distT="0" distB="0" distL="0" distR="0" wp14:anchorId="411D7F96" wp14:editId="5016D160">
            <wp:extent cx="6254530" cy="2632060"/>
            <wp:effectExtent l="19050" t="19050" r="13335" b="16510"/>
            <wp:docPr id="97752720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557" r="749" b="7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0389" cy="2668192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842D71" w14:textId="34F72056" w:rsidR="00A6261B" w:rsidRDefault="00A6261B" w:rsidP="00B8079B">
      <w:pPr>
        <w:jc w:val="center"/>
      </w:pPr>
      <w:r>
        <w:rPr>
          <w:noProof/>
        </w:rPr>
        <w:drawing>
          <wp:inline distT="0" distB="0" distL="0" distR="0" wp14:anchorId="514B8B66" wp14:editId="676F3FCB">
            <wp:extent cx="6230675" cy="2313305"/>
            <wp:effectExtent l="19050" t="19050" r="17780" b="10795"/>
            <wp:docPr id="159664574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8" t="1472" r="7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695" cy="2337074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F800F2" w14:textId="2E776760" w:rsidR="000632F9" w:rsidRDefault="00A6261B" w:rsidP="00B8079B">
      <w:pPr>
        <w:jc w:val="center"/>
        <w:sectPr w:rsidR="000632F9" w:rsidSect="00801E2E">
          <w:pgSz w:w="12240" w:h="15840"/>
          <w:pgMar w:top="850" w:right="850" w:bottom="850" w:left="850" w:header="720" w:footer="720" w:gutter="0"/>
          <w:cols w:space="720"/>
          <w:docGrid w:linePitch="360"/>
        </w:sectPr>
      </w:pPr>
      <w:r>
        <w:rPr>
          <w:noProof/>
        </w:rPr>
        <w:drawing>
          <wp:inline distT="0" distB="0" distL="0" distR="0" wp14:anchorId="702F2F88" wp14:editId="0D0873C5">
            <wp:extent cx="6311512" cy="2446453"/>
            <wp:effectExtent l="0" t="0" r="0" b="0"/>
            <wp:docPr id="68082457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3468" cy="2501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6B8B2F" w14:textId="77777777" w:rsidR="000632F9" w:rsidRDefault="000632F9">
      <w:pPr>
        <w:sectPr w:rsidR="000632F9">
          <w:pgSz w:w="12240" w:h="15840"/>
          <w:pgMar w:top="850" w:right="850" w:bottom="850" w:left="850" w:header="720" w:footer="720" w:gutter="0"/>
          <w:cols w:space="720"/>
          <w:docGrid w:linePitch="360"/>
        </w:sectPr>
      </w:pPr>
    </w:p>
    <w:p w14:paraId="2506AC7F" w14:textId="05FF4E9C" w:rsidR="000632F9" w:rsidRDefault="000632F9" w:rsidP="00801E2E"/>
    <w:sectPr w:rsidR="000632F9" w:rsidSect="00034616">
      <w:pgSz w:w="12240" w:h="15840"/>
      <w:pgMar w:top="850" w:right="850" w:bottom="850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BB470" w14:textId="77777777" w:rsidR="009A4133" w:rsidRDefault="009A4133" w:rsidP="0024220D">
      <w:pPr>
        <w:spacing w:after="0" w:line="240" w:lineRule="auto"/>
      </w:pPr>
      <w:r>
        <w:separator/>
      </w:r>
    </w:p>
  </w:endnote>
  <w:endnote w:type="continuationSeparator" w:id="0">
    <w:p w14:paraId="14EE0A2B" w14:textId="77777777" w:rsidR="009A4133" w:rsidRDefault="009A4133" w:rsidP="002422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866CC" w14:textId="77777777" w:rsidR="0024220D" w:rsidRDefault="0024220D" w:rsidP="0024220D">
    <w:pPr>
      <w:jc w:val="center"/>
    </w:pPr>
    <w:r>
      <w:rPr>
        <w:color w:val="004990"/>
      </w:rPr>
      <w:t>AIS Athletics | 2026/2027</w:t>
    </w:r>
  </w:p>
  <w:p w14:paraId="6FBF094D" w14:textId="77777777" w:rsidR="0024220D" w:rsidRDefault="0024220D" w:rsidP="002422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4E68A4" w14:textId="77777777" w:rsidR="009A4133" w:rsidRDefault="009A4133" w:rsidP="0024220D">
      <w:pPr>
        <w:spacing w:after="0" w:line="240" w:lineRule="auto"/>
      </w:pPr>
      <w:r>
        <w:separator/>
      </w:r>
    </w:p>
  </w:footnote>
  <w:footnote w:type="continuationSeparator" w:id="0">
    <w:p w14:paraId="2558DF50" w14:textId="77777777" w:rsidR="009A4133" w:rsidRDefault="009A4133" w:rsidP="002422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BCAD6" w14:textId="77777777" w:rsidR="00B8079B" w:rsidRDefault="00B8079B" w:rsidP="00B8079B">
    <w:r>
      <w:rPr>
        <w:b/>
        <w:color w:val="004990"/>
        <w:sz w:val="32"/>
      </w:rPr>
      <w:t>AIS ATHLETICS</w:t>
    </w:r>
  </w:p>
  <w:p w14:paraId="40217D89" w14:textId="77777777" w:rsidR="00B8079B" w:rsidRDefault="00B8079B" w:rsidP="00B8079B">
    <w:r>
      <w:rPr>
        <w:color w:val="DC1E35"/>
      </w:rPr>
      <w:t>__________________________________________________________________________________________</w:t>
    </w:r>
  </w:p>
  <w:p w14:paraId="1B085E99" w14:textId="77777777" w:rsidR="00B8079B" w:rsidRDefault="00B807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53661668">
    <w:abstractNumId w:val="8"/>
  </w:num>
  <w:num w:numId="2" w16cid:durableId="1882083993">
    <w:abstractNumId w:val="6"/>
  </w:num>
  <w:num w:numId="3" w16cid:durableId="981731632">
    <w:abstractNumId w:val="5"/>
  </w:num>
  <w:num w:numId="4" w16cid:durableId="1477599558">
    <w:abstractNumId w:val="4"/>
  </w:num>
  <w:num w:numId="5" w16cid:durableId="13655960">
    <w:abstractNumId w:val="7"/>
  </w:num>
  <w:num w:numId="6" w16cid:durableId="594243673">
    <w:abstractNumId w:val="3"/>
  </w:num>
  <w:num w:numId="7" w16cid:durableId="269439241">
    <w:abstractNumId w:val="2"/>
  </w:num>
  <w:num w:numId="8" w16cid:durableId="1491095684">
    <w:abstractNumId w:val="1"/>
  </w:num>
  <w:num w:numId="9" w16cid:durableId="233854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632F9"/>
    <w:rsid w:val="0015074B"/>
    <w:rsid w:val="0024220D"/>
    <w:rsid w:val="0029639D"/>
    <w:rsid w:val="00322415"/>
    <w:rsid w:val="00326F90"/>
    <w:rsid w:val="0071528B"/>
    <w:rsid w:val="00801E2E"/>
    <w:rsid w:val="009A4133"/>
    <w:rsid w:val="00A6261B"/>
    <w:rsid w:val="00AA1D8D"/>
    <w:rsid w:val="00B47730"/>
    <w:rsid w:val="00B8079B"/>
    <w:rsid w:val="00CB0664"/>
    <w:rsid w:val="00EF1F9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0193E7F"/>
  <w14:defaultImageDpi w14:val="300"/>
  <w15:docId w15:val="{319DFF20-B262-43FD-BC68-774D47651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Catherine Anson</cp:lastModifiedBy>
  <cp:revision>4</cp:revision>
  <dcterms:created xsi:type="dcterms:W3CDTF">2026-07-29T12:28:00Z</dcterms:created>
  <dcterms:modified xsi:type="dcterms:W3CDTF">2026-07-29T12:50:00Z</dcterms:modified>
  <cp:category/>
</cp:coreProperties>
</file>